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drawing>
          <wp:inline xmlns:a="http://schemas.openxmlformats.org/drawingml/2006/main" xmlns:pic="http://schemas.openxmlformats.org/drawingml/2006/picture">
            <wp:extent cx="4140000" cy="1380000"/>
            <wp:docPr id="1" name="Picture 1"/>
            <wp:cNvGraphicFramePr>
              <a:graphicFrameLocks noChangeAspect="1"/>
            </wp:cNvGraphicFramePr>
            <a:graphic>
              <a:graphicData uri="http://schemas.openxmlformats.org/drawingml/2006/picture">
                <pic:pic>
                  <pic:nvPicPr>
                    <pic:cNvPr id="0" name="logo_jpkpm_kesehatan_dan_pemberdayaan.png"/>
                    <pic:cNvPicPr/>
                  </pic:nvPicPr>
                  <pic:blipFill>
                    <a:blip r:embed="rId11"/>
                    <a:stretch>
                      <a:fillRect/>
                    </a:stretch>
                  </pic:blipFill>
                  <pic:spPr>
                    <a:xfrm>
                      <a:off x="0" y="0"/>
                      <a:ext cx="4140000" cy="1380000"/>
                    </a:xfrm>
                    <a:prstGeom prst="rect"/>
                  </pic:spPr>
                </pic:pic>
              </a:graphicData>
            </a:graphic>
          </wp:inline>
        </w:drawing>
      </w:r>
    </w:p>
    <w:p>
      <w:pPr>
        <w:spacing w:after="40"/>
        <w:jc w:val="center"/>
      </w:pPr>
      <w:r>
        <w:rPr>
          <w:rFonts w:ascii="Arial" w:hAnsi="Arial" w:eastAsia="Arial"/>
          <w:b/>
          <w:i w:val="0"/>
          <w:color w:val="0B8F74"/>
          <w:sz w:val="26"/>
        </w:rPr>
        <w:t>MANUSCRIPT TEMPLATE</w:t>
      </w:r>
    </w:p>
    <w:p>
      <w:pPr>
        <w:spacing w:after="160"/>
        <w:jc w:val="center"/>
        <w:pBdr>
          <w:bottom w:val="single" w:sz="10" w:space="1" w:color="0AA879"/>
        </w:pBdr>
      </w:pPr>
      <w:r>
        <w:rPr>
          <w:rFonts w:ascii="Arial" w:hAnsi="Arial" w:eastAsia="Arial"/>
          <w:b w:val="0"/>
          <w:i w:val="0"/>
          <w:color w:val="647784"/>
          <w:sz w:val="17"/>
        </w:rPr>
        <w:t>Open Access  •  Peer Reviewed  •  Community Impact</w:t>
      </w:r>
    </w:p>
    <w:tbl>
      <w:tblPr>
        <w:tblW w:type="auto" w:w="0"/>
        <w:jc w:val="center"/>
        <w:tblLayout w:type="autofit"/>
        <w:tblLook w:firstColumn="1" w:firstRow="1" w:lastColumn="0" w:lastRow="0" w:noHBand="0" w:noVBand="1" w:val="04A0"/>
      </w:tblPr>
      <w:tblGrid>
        <w:gridCol w:w="9412"/>
      </w:tblGrid>
      <w:tr>
        <w:tc>
          <w:tcPr>
            <w:tcW w:type="dxa" w:w="9412"/>
            <w:shd w:fill="F5FBF9"/>
            <w:tcBorders>
              <w:top w:val="single" w:sz="8" w:color="D9EAE6"/>
              <w:left w:val="single" w:sz="8" w:color="D9EAE6"/>
              <w:bottom w:val="single" w:sz="8" w:color="D9EAE6"/>
              <w:right w:val="single" w:sz="8" w:color="D9EAE6"/>
            </w:tcBorders>
            <w:tcMar>
              <w:top w:w="130" w:type="dxa"/>
              <w:start w:w="160" w:type="dxa"/>
              <w:bottom w:w="130" w:type="dxa"/>
              <w:end w:w="160" w:type="dxa"/>
            </w:tcMar>
          </w:tcPr>
          <w:p>
            <w:pPr>
              <w:spacing w:after="40"/>
            </w:pPr>
            <w:r>
              <w:rPr>
                <w:rFonts w:ascii="Arial" w:hAnsi="Arial" w:eastAsia="Arial"/>
                <w:b/>
                <w:i w:val="0"/>
                <w:color w:val="0B8F74"/>
                <w:sz w:val="19"/>
              </w:rPr>
              <w:t>AUTHOR NOTE — DELETE THIS BOX BEFORE FINAL SUBMISSION</w:t>
            </w:r>
          </w:p>
          <w:p>
            <w:pPr>
              <w:spacing w:after="0"/>
            </w:pPr>
            <w:r>
              <w:rPr>
                <w:rFonts w:ascii="Times New Roman" w:hAnsi="Times New Roman" w:eastAsia="Times New Roman"/>
                <w:b w:val="0"/>
                <w:i w:val="0"/>
                <w:color w:val="17384A"/>
                <w:sz w:val="19"/>
              </w:rPr>
              <w:t>Use A4 paper, Times New Roman 10.5 pt for body text, 1.15 line spacing, and the section structure provided below. Use APA Style 7th Edition for references. Replace every text in square brackets [ ... ] with your manuscript content.</w:t>
            </w:r>
          </w:p>
        </w:tc>
      </w:tr>
    </w:tbl>
    <w:p>
      <w:pPr>
        <w:spacing w:after="40"/>
      </w:pPr>
    </w:p>
    <w:p>
      <w:pPr>
        <w:pStyle w:val="JPKPMArticleTitle"/>
        <w:spacing w:before="80" w:after="140"/>
        <w:jc w:val="center"/>
      </w:pPr>
      <w:r>
        <w:t>[ARTICLE TITLE: Concise, Specific, and Informative]</w:t>
      </w:r>
    </w:p>
    <w:p>
      <w:pPr>
        <w:pStyle w:val="JPKPMAuthors"/>
        <w:spacing w:after="60"/>
        <w:jc w:val="center"/>
      </w:pPr>
      <w:r>
        <w:t>[Author 1]¹, [Author 2]², [Author 3]¹*</w:t>
      </w:r>
    </w:p>
    <w:p>
      <w:pPr>
        <w:pStyle w:val="JPKPMAffiliation"/>
        <w:spacing w:after="40"/>
        <w:jc w:val="center"/>
      </w:pPr>
      <w:r>
        <w:t>¹[Department/Study Program, Institution, City, Country]</w:t>
      </w:r>
    </w:p>
    <w:p>
      <w:pPr>
        <w:pStyle w:val="JPKPMAffiliation"/>
        <w:spacing w:after="40"/>
        <w:jc w:val="center"/>
      </w:pPr>
      <w:r>
        <w:t>²[Department/Study Program, Institution, City, Country]</w:t>
      </w:r>
    </w:p>
    <w:p>
      <w:pPr>
        <w:pStyle w:val="JPKPMAffiliation"/>
        <w:spacing w:after="180"/>
        <w:jc w:val="center"/>
      </w:pPr>
      <w:r>
        <w:rPr>
          <w:i/>
        </w:rPr>
        <w:t>*Corresponding author: [email@domain.com]</w:t>
      </w:r>
    </w:p>
    <w:p>
      <w:pPr>
        <w:spacing w:before="200" w:after="100"/>
        <w:pBdr>
          <w:bottom w:val="single" w:sz="8" w:space="1" w:color="0AA879"/>
        </w:pBdr>
      </w:pPr>
      <w:r>
        <w:rPr>
          <w:rFonts w:ascii="Arial" w:hAnsi="Arial" w:eastAsia="Arial"/>
          <w:b/>
          <w:i w:val="0"/>
          <w:color w:val="073B5C"/>
          <w:sz w:val="23"/>
        </w:rPr>
        <w:t>ABSTRACT</w:t>
      </w:r>
    </w:p>
    <w:p>
      <w:pPr>
        <w:spacing w:after="120" w:line="276" w:lineRule="auto"/>
        <w:jc w:val="both"/>
      </w:pPr>
      <w:r>
        <w:rPr>
          <w:rFonts w:ascii="Times New Roman" w:hAnsi="Times New Roman" w:eastAsia="Times New Roman"/>
          <w:b w:val="0"/>
          <w:i/>
          <w:color w:val="647784"/>
          <w:sz w:val="21"/>
        </w:rPr>
        <w:t>[Write 150–250 words in English. Briefly state the community problem/background, objective, methods/approach, main results, and conclusion/impact. Avoid citations in the abstract.]</w:t>
      </w:r>
    </w:p>
    <w:p>
      <w:pPr>
        <w:spacing w:after="160"/>
      </w:pPr>
      <w:r>
        <w:rPr>
          <w:rFonts w:ascii="Times New Roman" w:hAnsi="Times New Roman" w:eastAsia="Times New Roman"/>
          <w:b/>
          <w:i w:val="0"/>
          <w:color w:val="073B5C"/>
          <w:sz w:val="19"/>
        </w:rPr>
        <w:t xml:space="preserve">Keywords: </w:t>
      </w:r>
      <w:r>
        <w:rPr>
          <w:rFonts w:ascii="Times New Roman" w:hAnsi="Times New Roman" w:eastAsia="Times New Roman"/>
          <w:b w:val="0"/>
          <w:i/>
          <w:color w:val="647784"/>
          <w:sz w:val="19"/>
        </w:rPr>
        <w:t>[keyword 1; keyword 2; keyword 3; keyword 4; keyword 5]</w:t>
      </w:r>
    </w:p>
    <w:p>
      <w:pPr>
        <w:spacing w:before="200" w:after="100"/>
        <w:pBdr>
          <w:bottom w:val="single" w:sz="8" w:space="1" w:color="0AA879"/>
        </w:pBdr>
      </w:pPr>
      <w:r>
        <w:rPr>
          <w:rFonts w:ascii="Arial" w:hAnsi="Arial" w:eastAsia="Arial"/>
          <w:b/>
          <w:i w:val="0"/>
          <w:color w:val="073B5C"/>
          <w:sz w:val="23"/>
        </w:rPr>
        <w:t>ABSTRAK</w:t>
      </w:r>
    </w:p>
    <w:p>
      <w:pPr>
        <w:spacing w:after="120" w:line="276" w:lineRule="auto"/>
        <w:jc w:val="both"/>
      </w:pPr>
      <w:r>
        <w:rPr>
          <w:rFonts w:ascii="Times New Roman" w:hAnsi="Times New Roman" w:eastAsia="Times New Roman"/>
          <w:b w:val="0"/>
          <w:i/>
          <w:color w:val="647784"/>
          <w:sz w:val="21"/>
        </w:rPr>
        <w:t>[Tuliskan 150–250 kata dalam Bahasa Indonesia. Jelaskan secara ringkas permasalahan mitra/masyarakat, tujuan, metode pelaksanaan, hasil utama, dan kesimpulan/dampak kegiatan. Hindari sitasi dalam abstrak.]</w:t>
      </w:r>
    </w:p>
    <w:p>
      <w:pPr>
        <w:spacing w:after="180"/>
      </w:pPr>
      <w:r>
        <w:rPr>
          <w:rFonts w:ascii="Times New Roman" w:hAnsi="Times New Roman" w:eastAsia="Times New Roman"/>
          <w:b/>
          <w:i w:val="0"/>
          <w:color w:val="073B5C"/>
          <w:sz w:val="19"/>
        </w:rPr>
        <w:t xml:space="preserve">Kata kunci: </w:t>
      </w:r>
      <w:r>
        <w:rPr>
          <w:rFonts w:ascii="Times New Roman" w:hAnsi="Times New Roman" w:eastAsia="Times New Roman"/>
          <w:b w:val="0"/>
          <w:i/>
          <w:color w:val="647784"/>
          <w:sz w:val="19"/>
        </w:rPr>
        <w:t>[kata kunci 1; kata kunci 2; kata kunci 3; kata kunci 4; kata kunci 5]</w:t>
      </w:r>
    </w:p>
    <w:p>
      <w:pPr>
        <w:spacing w:before="200" w:after="100"/>
        <w:pBdr>
          <w:bottom w:val="single" w:sz="8" w:space="1" w:color="0AA879"/>
        </w:pBdr>
      </w:pPr>
      <w:r>
        <w:rPr>
          <w:rFonts w:ascii="Arial" w:hAnsi="Arial" w:eastAsia="Arial"/>
          <w:b/>
          <w:i w:val="0"/>
          <w:color w:val="073B5C"/>
          <w:sz w:val="23"/>
        </w:rPr>
        <w:t>1. INTRODUCTION</w:t>
      </w:r>
    </w:p>
    <w:p>
      <w:pPr>
        <w:spacing w:after="120" w:line="276" w:lineRule="auto"/>
        <w:jc w:val="both"/>
      </w:pPr>
      <w:r>
        <w:rPr>
          <w:rFonts w:ascii="Times New Roman" w:hAnsi="Times New Roman" w:eastAsia="Times New Roman"/>
          <w:b w:val="0"/>
          <w:i/>
          <w:color w:val="647784"/>
          <w:sz w:val="21"/>
        </w:rPr>
        <w:t>[Describe the condition of the community/partner, key problems, urgency, relevant evidence/literature, proposed solution, and objectives of the community service activity. End this section with a clear statement of the activity objectives.]</w:t>
      </w:r>
    </w:p>
    <w:p>
      <w:pPr>
        <w:spacing w:after="120" w:line="276" w:lineRule="auto"/>
        <w:ind w:firstLine="340"/>
        <w:jc w:val="both"/>
      </w:pPr>
      <w:r>
        <w:rPr>
          <w:rFonts w:ascii="Times New Roman" w:hAnsi="Times New Roman" w:eastAsia="Times New Roman"/>
          <w:b w:val="0"/>
          <w:i w:val="0"/>
          <w:color w:val="17384A"/>
          <w:sz w:val="21"/>
        </w:rPr>
        <w:t>This paragraph is an example of the body-text format. Replace it with your manuscript content. Use justified alignment, clear academic language, and relevant recent references. Avoid overly long paragraphs and ensure all claims are supported appropriately.</w:t>
      </w:r>
    </w:p>
    <w:p>
      <w:pPr>
        <w:spacing w:before="200" w:after="100"/>
        <w:pBdr>
          <w:bottom w:val="single" w:sz="8" w:space="1" w:color="0AA879"/>
        </w:pBdr>
      </w:pPr>
      <w:r>
        <w:rPr>
          <w:rFonts w:ascii="Arial" w:hAnsi="Arial" w:eastAsia="Arial"/>
          <w:b/>
          <w:i w:val="0"/>
          <w:color w:val="073B5C"/>
          <w:sz w:val="23"/>
        </w:rPr>
        <w:t>2. METHODS</w:t>
      </w:r>
    </w:p>
    <w:p>
      <w:pPr>
        <w:spacing w:after="120" w:line="276" w:lineRule="auto"/>
        <w:jc w:val="both"/>
      </w:pPr>
      <w:r>
        <w:rPr>
          <w:rFonts w:ascii="Times New Roman" w:hAnsi="Times New Roman" w:eastAsia="Times New Roman"/>
          <w:b w:val="0"/>
          <w:i/>
          <w:color w:val="647784"/>
          <w:sz w:val="21"/>
        </w:rPr>
        <w:t>[Explain the location, participants/target group, activity stages, methods or intervention, materials/tools, implementation period, evaluation instruments, and data-analysis approach if applicable.]</w:t>
      </w:r>
    </w:p>
    <w:p>
      <w:pPr>
        <w:spacing w:before="140" w:after="100"/>
      </w:pPr>
      <w:r>
        <w:rPr>
          <w:rFonts w:ascii="Arial" w:hAnsi="Arial" w:eastAsia="Arial"/>
          <w:b/>
          <w:i w:val="0"/>
          <w:color w:val="0B8F74"/>
          <w:sz w:val="21"/>
        </w:rPr>
        <w:t>2.1 Participants and Setting</w:t>
      </w:r>
    </w:p>
    <w:p>
      <w:pPr>
        <w:spacing w:after="120" w:line="276" w:lineRule="auto"/>
        <w:jc w:val="both"/>
      </w:pPr>
      <w:r>
        <w:rPr>
          <w:rFonts w:ascii="Times New Roman" w:hAnsi="Times New Roman" w:eastAsia="Times New Roman"/>
          <w:b w:val="0"/>
          <w:i/>
          <w:color w:val="647784"/>
          <w:sz w:val="21"/>
        </w:rPr>
        <w:t>[Describe the target community/partner, number of participants, inclusion criteria if relevant, and implementation setting.]</w:t>
      </w:r>
    </w:p>
    <w:p>
      <w:pPr>
        <w:spacing w:before="140" w:after="100"/>
      </w:pPr>
      <w:r>
        <w:rPr>
          <w:rFonts w:ascii="Arial" w:hAnsi="Arial" w:eastAsia="Arial"/>
          <w:b/>
          <w:i w:val="0"/>
          <w:color w:val="0B8F74"/>
          <w:sz w:val="21"/>
        </w:rPr>
        <w:t>2.2 Activity Procedures</w:t>
      </w:r>
    </w:p>
    <w:p>
      <w:pPr>
        <w:spacing w:after="120" w:line="276" w:lineRule="auto"/>
        <w:jc w:val="both"/>
      </w:pPr>
      <w:r>
        <w:rPr>
          <w:rFonts w:ascii="Times New Roman" w:hAnsi="Times New Roman" w:eastAsia="Times New Roman"/>
          <w:b w:val="0"/>
          <w:i/>
          <w:color w:val="647784"/>
          <w:sz w:val="21"/>
        </w:rPr>
        <w:t>[Describe preparation, implementation, mentoring/intervention, monitoring, and evaluation steps in sufficient detail for replication.]</w:t>
      </w:r>
    </w:p>
    <w:p>
      <w:pPr>
        <w:spacing w:before="140" w:after="100"/>
      </w:pPr>
      <w:r>
        <w:rPr>
          <w:rFonts w:ascii="Arial" w:hAnsi="Arial" w:eastAsia="Arial"/>
          <w:b/>
          <w:i w:val="0"/>
          <w:color w:val="0B8F74"/>
          <w:sz w:val="21"/>
        </w:rPr>
        <w:t>2.3 Evaluation</w:t>
      </w:r>
    </w:p>
    <w:p>
      <w:pPr>
        <w:spacing w:after="120" w:line="276" w:lineRule="auto"/>
        <w:jc w:val="both"/>
      </w:pPr>
      <w:r>
        <w:rPr>
          <w:rFonts w:ascii="Times New Roman" w:hAnsi="Times New Roman" w:eastAsia="Times New Roman"/>
          <w:b w:val="0"/>
          <w:i/>
          <w:color w:val="647784"/>
          <w:sz w:val="21"/>
        </w:rPr>
        <w:t>[Describe indicators of success, instruments, pre-test/post-test or other evaluation techniques, and how outcomes were interpreted.]</w:t>
      </w:r>
    </w:p>
    <w:p>
      <w:pPr>
        <w:spacing w:before="200" w:after="100"/>
        <w:pBdr>
          <w:bottom w:val="single" w:sz="8" w:space="1" w:color="0AA879"/>
        </w:pBdr>
      </w:pPr>
      <w:r>
        <w:rPr>
          <w:rFonts w:ascii="Arial" w:hAnsi="Arial" w:eastAsia="Arial"/>
          <w:b/>
          <w:i w:val="0"/>
          <w:color w:val="073B5C"/>
          <w:sz w:val="23"/>
        </w:rPr>
        <w:t>3. RESULTS AND DISCUSSION</w:t>
      </w:r>
    </w:p>
    <w:p>
      <w:pPr>
        <w:spacing w:after="120" w:line="276" w:lineRule="auto"/>
        <w:jc w:val="both"/>
      </w:pPr>
      <w:r>
        <w:rPr>
          <w:rFonts w:ascii="Times New Roman" w:hAnsi="Times New Roman" w:eastAsia="Times New Roman"/>
          <w:b w:val="0"/>
          <w:i/>
          <w:color w:val="647784"/>
          <w:sz w:val="21"/>
        </w:rPr>
        <w:t>[Present the implementation process, participation, outputs, outcomes, measurable changes, challenges, and lessons learned. Discuss the results using relevant literature. Emphasize community benefit, innovation, sustainability, and potential replication.]</w:t>
      </w:r>
    </w:p>
    <w:p>
      <w:pPr>
        <w:pStyle w:val="JPKPMCaption"/>
        <w:spacing w:before="120" w:after="80"/>
      </w:pPr>
      <w:r>
        <w:rPr>
          <w:rFonts w:ascii="Arial" w:hAnsi="Arial" w:eastAsia="Arial"/>
          <w:b/>
          <w:i w:val="0"/>
          <w:color w:val="073B5C"/>
          <w:sz w:val="18"/>
        </w:rPr>
        <w:t>Table 1. Example of table formatting</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2353"/>
            <w:shd w:fill="073B5C"/>
            <w:vAlign w:val="center"/>
          </w:tcPr>
          <w:p>
            <w:pPr>
              <w:jc w:val="center"/>
            </w:pPr>
            <w:r>
              <w:rPr>
                <w:rFonts w:ascii="Arial" w:hAnsi="Arial" w:eastAsia="Arial"/>
                <w:b/>
                <w:i w:val="0"/>
                <w:color w:val="FFFFFF"/>
                <w:sz w:val="17"/>
              </w:rPr>
              <w:t>Indicator</w:t>
            </w:r>
          </w:p>
        </w:tc>
        <w:tc>
          <w:tcPr>
            <w:tcW w:type="dxa" w:w="2353"/>
            <w:shd w:fill="073B5C"/>
            <w:vAlign w:val="center"/>
          </w:tcPr>
          <w:p>
            <w:pPr>
              <w:jc w:val="center"/>
            </w:pPr>
            <w:r>
              <w:rPr>
                <w:rFonts w:ascii="Arial" w:hAnsi="Arial" w:eastAsia="Arial"/>
                <w:b/>
                <w:i w:val="0"/>
                <w:color w:val="FFFFFF"/>
                <w:sz w:val="17"/>
              </w:rPr>
              <w:t>Before</w:t>
            </w:r>
          </w:p>
        </w:tc>
        <w:tc>
          <w:tcPr>
            <w:tcW w:type="dxa" w:w="2353"/>
            <w:shd w:fill="073B5C"/>
            <w:vAlign w:val="center"/>
          </w:tcPr>
          <w:p>
            <w:pPr>
              <w:jc w:val="center"/>
            </w:pPr>
            <w:r>
              <w:rPr>
                <w:rFonts w:ascii="Arial" w:hAnsi="Arial" w:eastAsia="Arial"/>
                <w:b/>
                <w:i w:val="0"/>
                <w:color w:val="FFFFFF"/>
                <w:sz w:val="17"/>
              </w:rPr>
              <w:t>After</w:t>
            </w:r>
          </w:p>
        </w:tc>
        <w:tc>
          <w:tcPr>
            <w:tcW w:type="dxa" w:w="2353"/>
            <w:shd w:fill="073B5C"/>
            <w:vAlign w:val="center"/>
          </w:tcPr>
          <w:p>
            <w:pPr>
              <w:jc w:val="center"/>
            </w:pPr>
            <w:r>
              <w:rPr>
                <w:rFonts w:ascii="Arial" w:hAnsi="Arial" w:eastAsia="Arial"/>
                <w:b/>
                <w:i w:val="0"/>
                <w:color w:val="FFFFFF"/>
                <w:sz w:val="17"/>
              </w:rPr>
              <w:t>Change</w:t>
            </w:r>
          </w:p>
        </w:tc>
      </w:tr>
      <w:tr>
        <w:tc>
          <w:tcPr>
            <w:tcW w:type="dxa" w:w="2353"/>
          </w:tcPr>
          <w:p>
            <w:pPr>
              <w:jc w:val="left"/>
            </w:pPr>
            <w:r>
              <w:rPr>
                <w:rFonts w:ascii="Times New Roman" w:hAnsi="Times New Roman" w:eastAsia="Times New Roman"/>
                <w:b w:val="0"/>
                <w:i w:val="0"/>
                <w:color w:val="17384A"/>
                <w:sz w:val="17"/>
              </w:rPr>
              <w:t>[Indicator 1]</w:t>
            </w:r>
          </w:p>
        </w:tc>
        <w:tc>
          <w:tcPr>
            <w:tcW w:type="dxa" w:w="2353"/>
          </w:tcPr>
          <w:p>
            <w:pPr>
              <w:jc w:val="center"/>
            </w:pPr>
            <w:r>
              <w:rPr>
                <w:rFonts w:ascii="Times New Roman" w:hAnsi="Times New Roman" w:eastAsia="Times New Roman"/>
                <w:b w:val="0"/>
                <w:i w:val="0"/>
                <w:color w:val="17384A"/>
                <w:sz w:val="17"/>
              </w:rPr>
              <w:t>[Value]</w:t>
            </w:r>
          </w:p>
        </w:tc>
        <w:tc>
          <w:tcPr>
            <w:tcW w:type="dxa" w:w="2353"/>
          </w:tcPr>
          <w:p>
            <w:pPr>
              <w:jc w:val="center"/>
            </w:pPr>
            <w:r>
              <w:rPr>
                <w:rFonts w:ascii="Times New Roman" w:hAnsi="Times New Roman" w:eastAsia="Times New Roman"/>
                <w:b w:val="0"/>
                <w:i w:val="0"/>
                <w:color w:val="17384A"/>
                <w:sz w:val="17"/>
              </w:rPr>
              <w:t>[Value]</w:t>
            </w:r>
          </w:p>
        </w:tc>
        <w:tc>
          <w:tcPr>
            <w:tcW w:type="dxa" w:w="2353"/>
          </w:tcPr>
          <w:p>
            <w:pPr>
              <w:jc w:val="center"/>
            </w:pPr>
            <w:r>
              <w:rPr>
                <w:rFonts w:ascii="Times New Roman" w:hAnsi="Times New Roman" w:eastAsia="Times New Roman"/>
                <w:b w:val="0"/>
                <w:i w:val="0"/>
                <w:color w:val="17384A"/>
                <w:sz w:val="17"/>
              </w:rPr>
              <w:t>[% / score]</w:t>
            </w:r>
          </w:p>
        </w:tc>
      </w:tr>
      <w:tr>
        <w:tc>
          <w:tcPr>
            <w:tcW w:type="dxa" w:w="2353"/>
            <w:shd w:fill="F5FBF9"/>
          </w:tcPr>
          <w:p>
            <w:pPr>
              <w:jc w:val="left"/>
            </w:pPr>
            <w:r>
              <w:rPr>
                <w:rFonts w:ascii="Times New Roman" w:hAnsi="Times New Roman" w:eastAsia="Times New Roman"/>
                <w:b w:val="0"/>
                <w:i w:val="0"/>
                <w:color w:val="17384A"/>
                <w:sz w:val="17"/>
              </w:rPr>
              <w:t>[Indicator 2]</w:t>
            </w:r>
          </w:p>
        </w:tc>
        <w:tc>
          <w:tcPr>
            <w:tcW w:type="dxa" w:w="2353"/>
            <w:shd w:fill="F5FBF9"/>
          </w:tcPr>
          <w:p>
            <w:pPr>
              <w:jc w:val="center"/>
            </w:pPr>
            <w:r>
              <w:rPr>
                <w:rFonts w:ascii="Times New Roman" w:hAnsi="Times New Roman" w:eastAsia="Times New Roman"/>
                <w:b w:val="0"/>
                <w:i w:val="0"/>
                <w:color w:val="17384A"/>
                <w:sz w:val="17"/>
              </w:rPr>
              <w:t>[Value]</w:t>
            </w:r>
          </w:p>
        </w:tc>
        <w:tc>
          <w:tcPr>
            <w:tcW w:type="dxa" w:w="2353"/>
            <w:shd w:fill="F5FBF9"/>
          </w:tcPr>
          <w:p>
            <w:pPr>
              <w:jc w:val="center"/>
            </w:pPr>
            <w:r>
              <w:rPr>
                <w:rFonts w:ascii="Times New Roman" w:hAnsi="Times New Roman" w:eastAsia="Times New Roman"/>
                <w:b w:val="0"/>
                <w:i w:val="0"/>
                <w:color w:val="17384A"/>
                <w:sz w:val="17"/>
              </w:rPr>
              <w:t>[Value]</w:t>
            </w:r>
          </w:p>
        </w:tc>
        <w:tc>
          <w:tcPr>
            <w:tcW w:type="dxa" w:w="2353"/>
            <w:shd w:fill="F5FBF9"/>
          </w:tcPr>
          <w:p>
            <w:pPr>
              <w:jc w:val="center"/>
            </w:pPr>
            <w:r>
              <w:rPr>
                <w:rFonts w:ascii="Times New Roman" w:hAnsi="Times New Roman" w:eastAsia="Times New Roman"/>
                <w:b w:val="0"/>
                <w:i w:val="0"/>
                <w:color w:val="17384A"/>
                <w:sz w:val="17"/>
              </w:rPr>
              <w:t>[% / score]</w:t>
            </w:r>
          </w:p>
        </w:tc>
      </w:tr>
      <w:tr>
        <w:tc>
          <w:tcPr>
            <w:tcW w:type="dxa" w:w="2353"/>
          </w:tcPr>
          <w:p>
            <w:pPr>
              <w:jc w:val="left"/>
            </w:pPr>
            <w:r>
              <w:rPr>
                <w:rFonts w:ascii="Times New Roman" w:hAnsi="Times New Roman" w:eastAsia="Times New Roman"/>
                <w:b w:val="0"/>
                <w:i w:val="0"/>
                <w:color w:val="17384A"/>
                <w:sz w:val="17"/>
              </w:rPr>
              <w:t>[Indicator 3]</w:t>
            </w:r>
          </w:p>
        </w:tc>
        <w:tc>
          <w:tcPr>
            <w:tcW w:type="dxa" w:w="2353"/>
          </w:tcPr>
          <w:p>
            <w:pPr>
              <w:jc w:val="center"/>
            </w:pPr>
            <w:r>
              <w:rPr>
                <w:rFonts w:ascii="Times New Roman" w:hAnsi="Times New Roman" w:eastAsia="Times New Roman"/>
                <w:b w:val="0"/>
                <w:i w:val="0"/>
                <w:color w:val="17384A"/>
                <w:sz w:val="17"/>
              </w:rPr>
              <w:t>[Value]</w:t>
            </w:r>
          </w:p>
        </w:tc>
        <w:tc>
          <w:tcPr>
            <w:tcW w:type="dxa" w:w="2353"/>
          </w:tcPr>
          <w:p>
            <w:pPr>
              <w:jc w:val="center"/>
            </w:pPr>
            <w:r>
              <w:rPr>
                <w:rFonts w:ascii="Times New Roman" w:hAnsi="Times New Roman" w:eastAsia="Times New Roman"/>
                <w:b w:val="0"/>
                <w:i w:val="0"/>
                <w:color w:val="17384A"/>
                <w:sz w:val="17"/>
              </w:rPr>
              <w:t>[Value]</w:t>
            </w:r>
          </w:p>
        </w:tc>
        <w:tc>
          <w:tcPr>
            <w:tcW w:type="dxa" w:w="2353"/>
          </w:tcPr>
          <w:p>
            <w:pPr>
              <w:jc w:val="center"/>
            </w:pPr>
            <w:r>
              <w:rPr>
                <w:rFonts w:ascii="Times New Roman" w:hAnsi="Times New Roman" w:eastAsia="Times New Roman"/>
                <w:b w:val="0"/>
                <w:i w:val="0"/>
                <w:color w:val="17384A"/>
                <w:sz w:val="17"/>
              </w:rPr>
              <w:t>[% / score]</w:t>
            </w:r>
          </w:p>
        </w:tc>
      </w:tr>
    </w:tbl>
    <w:p>
      <w:pPr>
        <w:pStyle w:val="JPKPMCaption"/>
        <w:spacing w:before="40" w:after="160"/>
      </w:pPr>
      <w:r>
        <w:rPr>
          <w:rFonts w:ascii="Arial" w:hAnsi="Arial" w:eastAsia="Arial"/>
          <w:b w:val="0"/>
          <w:i/>
          <w:color w:val="647784"/>
          <w:sz w:val="16"/>
        </w:rPr>
        <w:t>Note: Add units, sources, and statistical information where applicable.</w:t>
      </w:r>
    </w:p>
    <w:p>
      <w:pPr>
        <w:pStyle w:val="JPKPMCaption"/>
        <w:spacing w:before="100" w:after="80"/>
      </w:pPr>
      <w:r>
        <w:rPr>
          <w:rFonts w:ascii="Arial" w:hAnsi="Arial" w:eastAsia="Arial"/>
          <w:b/>
          <w:i w:val="0"/>
          <w:color w:val="073B5C"/>
          <w:sz w:val="18"/>
        </w:rPr>
        <w:t>Figure placeholder</w:t>
      </w:r>
    </w:p>
    <w:tbl>
      <w:tblPr>
        <w:tblW w:type="auto" w:w="0"/>
        <w:jc w:val="center"/>
        <w:tblLook w:firstColumn="1" w:firstRow="1" w:lastColumn="0" w:lastRow="0" w:noHBand="0" w:noVBand="1" w:val="04A0"/>
      </w:tblPr>
      <w:tblGrid>
        <w:gridCol w:w="9412"/>
      </w:tblGrid>
      <w:tr>
        <w:tc>
          <w:tcPr>
            <w:tcW w:type="dxa" w:w="9412"/>
            <w:shd w:fill="F1F7F6"/>
            <w:tcBorders>
              <w:top w:val="single" w:sz="8" w:color="D9EAE6"/>
              <w:left w:val="single" w:sz="8" w:color="D9EAE6"/>
              <w:bottom w:val="single" w:sz="8" w:color="D9EAE6"/>
              <w:right w:val="single" w:sz="8" w:color="D9EAE6"/>
            </w:tcBorders>
            <w:tcMar>
              <w:top w:w="700" w:type="dxa"/>
              <w:start w:w="200" w:type="dxa"/>
              <w:bottom w:w="700" w:type="dxa"/>
              <w:end w:w="200" w:type="dxa"/>
            </w:tcMar>
          </w:tcPr>
          <w:p>
            <w:pPr>
              <w:jc w:val="center"/>
            </w:pPr>
            <w:r>
              <w:rPr>
                <w:rFonts w:ascii="Arial" w:hAnsi="Arial" w:eastAsia="Arial"/>
                <w:b/>
                <w:i w:val="0"/>
                <w:color w:val="0B8F74"/>
                <w:sz w:val="20"/>
              </w:rPr>
              <w:t>[INSERT HIGH-RESOLUTION FIGURE / ACTIVITY DOCUMENTATION HERE]</w:t>
            </w:r>
          </w:p>
        </w:tc>
      </w:tr>
    </w:tbl>
    <w:p>
      <w:pPr>
        <w:pStyle w:val="JPKPMCaption"/>
        <w:spacing w:before="80" w:after="160"/>
        <w:jc w:val="center"/>
      </w:pPr>
      <w:r>
        <w:rPr>
          <w:rFonts w:ascii="Arial" w:hAnsi="Arial" w:eastAsia="Arial"/>
          <w:b w:val="0"/>
          <w:i w:val="0"/>
          <w:color w:val="17384A"/>
          <w:sz w:val="18"/>
        </w:rPr>
        <w:t>Figure 1. [Write a concise and informative figure caption]</w:t>
      </w:r>
    </w:p>
    <w:p>
      <w:pPr>
        <w:spacing w:before="200" w:after="100"/>
        <w:pBdr>
          <w:bottom w:val="single" w:sz="8" w:space="1" w:color="0AA879"/>
        </w:pBdr>
      </w:pPr>
      <w:r>
        <w:rPr>
          <w:rFonts w:ascii="Arial" w:hAnsi="Arial" w:eastAsia="Arial"/>
          <w:b/>
          <w:i w:val="0"/>
          <w:color w:val="073B5C"/>
          <w:sz w:val="23"/>
        </w:rPr>
        <w:t>4. CONCLUSION</w:t>
      </w:r>
    </w:p>
    <w:p>
      <w:pPr>
        <w:spacing w:after="120" w:line="276" w:lineRule="auto"/>
        <w:jc w:val="both"/>
      </w:pPr>
      <w:r>
        <w:rPr>
          <w:rFonts w:ascii="Times New Roman" w:hAnsi="Times New Roman" w:eastAsia="Times New Roman"/>
          <w:b w:val="0"/>
          <w:i/>
          <w:color w:val="647784"/>
          <w:sz w:val="21"/>
        </w:rPr>
        <w:t>[Summarize the main achievements and community impact. State whether the objectives were achieved and provide concise recommendations for sustainability or follow-up. Do not repeat the abstract verbatim.]</w:t>
      </w:r>
    </w:p>
    <w:p>
      <w:pPr>
        <w:spacing w:before="200" w:after="100"/>
        <w:pBdr>
          <w:bottom w:val="single" w:sz="8" w:space="1" w:color="0AA879"/>
        </w:pBdr>
      </w:pPr>
      <w:r>
        <w:rPr>
          <w:rFonts w:ascii="Arial" w:hAnsi="Arial" w:eastAsia="Arial"/>
          <w:b/>
          <w:i w:val="0"/>
          <w:color w:val="073B5C"/>
          <w:sz w:val="23"/>
        </w:rPr>
        <w:t>ACKNOWLEDGMENT</w:t>
      </w:r>
    </w:p>
    <w:p>
      <w:pPr>
        <w:spacing w:after="120" w:line="276" w:lineRule="auto"/>
        <w:jc w:val="both"/>
      </w:pPr>
      <w:r>
        <w:rPr>
          <w:rFonts w:ascii="Times New Roman" w:hAnsi="Times New Roman" w:eastAsia="Times New Roman"/>
          <w:b w:val="0"/>
          <w:i/>
          <w:color w:val="647784"/>
          <w:sz w:val="21"/>
        </w:rPr>
        <w:t>[Acknowledge partners, institutions, funders, facilitators, or community members who contributed to the activity but do not meet authorship criteria.]</w:t>
      </w:r>
    </w:p>
    <w:p>
      <w:pPr>
        <w:spacing w:before="200" w:after="100"/>
        <w:pBdr>
          <w:bottom w:val="single" w:sz="8" w:space="1" w:color="0AA879"/>
        </w:pBdr>
      </w:pPr>
      <w:r>
        <w:rPr>
          <w:rFonts w:ascii="Arial" w:hAnsi="Arial" w:eastAsia="Arial"/>
          <w:b/>
          <w:i w:val="0"/>
          <w:color w:val="073B5C"/>
          <w:sz w:val="23"/>
        </w:rPr>
        <w:t>AUTHOR CONTRIBUTIONS</w:t>
      </w:r>
    </w:p>
    <w:p>
      <w:pPr>
        <w:spacing w:after="120" w:line="276" w:lineRule="auto"/>
        <w:jc w:val="both"/>
      </w:pPr>
      <w:r>
        <w:rPr>
          <w:rFonts w:ascii="Times New Roman" w:hAnsi="Times New Roman" w:eastAsia="Times New Roman"/>
          <w:b w:val="0"/>
          <w:i/>
          <w:color w:val="647784"/>
          <w:sz w:val="21"/>
        </w:rPr>
        <w:t>[Example: Conceptualization: A.A.; Methodology: A.A. and B.B.; Implementation: A.A., B.B., and C.C.; Data analysis: B.B.; Writing—original draft: A.A.; Writing—review and editing: all authors.]</w:t>
      </w:r>
    </w:p>
    <w:p>
      <w:pPr>
        <w:spacing w:before="200" w:after="100"/>
        <w:pBdr>
          <w:bottom w:val="single" w:sz="8" w:space="1" w:color="0AA879"/>
        </w:pBdr>
      </w:pPr>
      <w:r>
        <w:rPr>
          <w:rFonts w:ascii="Arial" w:hAnsi="Arial" w:eastAsia="Arial"/>
          <w:b/>
          <w:i w:val="0"/>
          <w:color w:val="073B5C"/>
          <w:sz w:val="23"/>
        </w:rPr>
        <w:t>FUNDING</w:t>
      </w:r>
    </w:p>
    <w:p>
      <w:pPr>
        <w:spacing w:after="120" w:line="276" w:lineRule="auto"/>
        <w:jc w:val="both"/>
      </w:pPr>
      <w:r>
        <w:rPr>
          <w:rFonts w:ascii="Times New Roman" w:hAnsi="Times New Roman" w:eastAsia="Times New Roman"/>
          <w:b w:val="0"/>
          <w:i/>
          <w:color w:val="647784"/>
          <w:sz w:val="21"/>
        </w:rPr>
        <w:t>[State the funding source and grant number, or write: “This community service activity received no external funding.”]</w:t>
      </w:r>
    </w:p>
    <w:p>
      <w:pPr>
        <w:spacing w:before="200" w:after="100"/>
        <w:pBdr>
          <w:bottom w:val="single" w:sz="8" w:space="1" w:color="0AA879"/>
        </w:pBdr>
      </w:pPr>
      <w:r>
        <w:rPr>
          <w:rFonts w:ascii="Arial" w:hAnsi="Arial" w:eastAsia="Arial"/>
          <w:b/>
          <w:i w:val="0"/>
          <w:color w:val="073B5C"/>
          <w:sz w:val="23"/>
        </w:rPr>
        <w:t>CONFLICT OF INTEREST</w:t>
      </w:r>
    </w:p>
    <w:p>
      <w:pPr>
        <w:spacing w:after="120" w:line="276" w:lineRule="auto"/>
        <w:jc w:val="both"/>
      </w:pPr>
      <w:r>
        <w:rPr>
          <w:rFonts w:ascii="Times New Roman" w:hAnsi="Times New Roman" w:eastAsia="Times New Roman"/>
          <w:b w:val="0"/>
          <w:i/>
          <w:color w:val="647784"/>
          <w:sz w:val="21"/>
        </w:rPr>
        <w:t>[State any potential conflict of interest, or write: “The authors declare no conflict of interest.”]</w:t>
      </w:r>
    </w:p>
    <w:p>
      <w:pPr>
        <w:spacing w:before="200" w:after="100"/>
        <w:pBdr>
          <w:bottom w:val="single" w:sz="8" w:space="1" w:color="0AA879"/>
        </w:pBdr>
      </w:pPr>
      <w:r>
        <w:rPr>
          <w:rFonts w:ascii="Arial" w:hAnsi="Arial" w:eastAsia="Arial"/>
          <w:b/>
          <w:i w:val="0"/>
          <w:color w:val="073B5C"/>
          <w:sz w:val="23"/>
        </w:rPr>
        <w:t>REFERENCES</w:t>
      </w:r>
    </w:p>
    <w:tbl>
      <w:tblPr>
        <w:tblW w:type="auto" w:w="0"/>
        <w:jc w:val="center"/>
        <w:tblLayout w:type="autofit"/>
        <w:tblLook w:firstColumn="1" w:firstRow="1" w:lastColumn="0" w:lastRow="0" w:noHBand="0" w:noVBand="1" w:val="04A0"/>
      </w:tblPr>
      <w:tblGrid>
        <w:gridCol w:w="9412"/>
      </w:tblGrid>
      <w:tr>
        <w:tc>
          <w:tcPr>
            <w:tcW w:type="dxa" w:w="9412"/>
            <w:shd w:fill="F5FBF9"/>
            <w:tcBorders>
              <w:top w:val="single" w:sz="8" w:color="D9EAE6"/>
              <w:left w:val="single" w:sz="8" w:color="D9EAE6"/>
              <w:bottom w:val="single" w:sz="8" w:color="D9EAE6"/>
              <w:right w:val="single" w:sz="8" w:color="D9EAE6"/>
            </w:tcBorders>
            <w:tcMar>
              <w:top w:w="130" w:type="dxa"/>
              <w:start w:w="160" w:type="dxa"/>
              <w:bottom w:w="130" w:type="dxa"/>
              <w:end w:w="160" w:type="dxa"/>
            </w:tcMar>
          </w:tcPr>
          <w:p>
            <w:pPr>
              <w:spacing w:after="40"/>
            </w:pPr>
            <w:r>
              <w:rPr>
                <w:rFonts w:ascii="Arial" w:hAnsi="Arial" w:eastAsia="Arial"/>
                <w:b/>
                <w:i w:val="0"/>
                <w:color w:val="0B8F74"/>
                <w:sz w:val="19"/>
              </w:rPr>
              <w:t>REFERENCE STYLE</w:t>
            </w:r>
          </w:p>
          <w:p>
            <w:pPr>
              <w:spacing w:after="0"/>
            </w:pPr>
            <w:r>
              <w:rPr>
                <w:rFonts w:ascii="Times New Roman" w:hAnsi="Times New Roman" w:eastAsia="Times New Roman"/>
                <w:b w:val="0"/>
                <w:i w:val="0"/>
                <w:color w:val="17384A"/>
                <w:sz w:val="19"/>
              </w:rPr>
              <w:t>Use APA Style 7th Edition. Use a reference manager such as Mendeley, Zotero, or EndNote. Prefer relevant and recent scholarly sources; ensure every in-text citation appears in the reference list and vice versa.</w:t>
            </w:r>
          </w:p>
        </w:tc>
      </w:tr>
    </w:tbl>
    <w:p>
      <w:pPr>
        <w:pStyle w:val="JPKPMReference"/>
        <w:spacing w:after="80"/>
        <w:ind w:left="397" w:hanging="397"/>
        <w:jc w:val="left"/>
      </w:pPr>
      <w:r>
        <w:t>Author, A. A., &amp; Author, B. B. (2024). Title of journal article. Journal Name, 12(2), 100–112. https://doi.org/xx.xxxx/xxxxx</w:t>
      </w:r>
    </w:p>
    <w:p>
      <w:pPr>
        <w:pStyle w:val="JPKPMReference"/>
        <w:spacing w:after="80"/>
        <w:ind w:left="397" w:hanging="397"/>
        <w:jc w:val="left"/>
      </w:pPr>
      <w:r>
        <w:t>Author, C. C. (2023). Title of book. Publisher.</w:t>
      </w:r>
    </w:p>
    <w:p>
      <w:pPr>
        <w:pStyle w:val="JPKPMReference"/>
        <w:spacing w:after="80"/>
        <w:ind w:left="397" w:hanging="397"/>
        <w:jc w:val="left"/>
      </w:pPr>
      <w:r>
        <w:t>Organization Name. (2025). Title of report or guideline. URL</w:t>
      </w:r>
    </w:p>
    <w:p>
      <w:pPr>
        <w:spacing w:before="200" w:after="100"/>
        <w:pBdr>
          <w:bottom w:val="single" w:sz="8" w:space="1" w:color="0AA879"/>
        </w:pBdr>
      </w:pPr>
      <w:r>
        <w:rPr>
          <w:rFonts w:ascii="Arial" w:hAnsi="Arial" w:eastAsia="Arial"/>
          <w:b/>
          <w:i w:val="0"/>
          <w:color w:val="073B5C"/>
          <w:sz w:val="23"/>
        </w:rPr>
        <w:t>FINAL SUBMISSION CHECKLIST</w:t>
      </w:r>
    </w:p>
    <w:tbl>
      <w:tblPr>
        <w:tblW w:type="auto" w:w="0"/>
        <w:jc w:val="center"/>
        <w:tblLook w:firstColumn="1" w:firstRow="1" w:lastColumn="0" w:lastRow="0" w:noHBand="0" w:noVBand="1" w:val="04A0"/>
      </w:tblPr>
      <w:tblGrid>
        <w:gridCol w:w="510"/>
        <w:gridCol w:w="8391"/>
      </w:tblGrid>
      <w:tr>
        <w:tc>
          <w:tcPr>
            <w:tcW w:type="dxa" w:w="4706"/>
            <w:shd w:fill="EAF8F4"/>
            <w:tcBorders>
              <w:top w:val="single" w:sz="6" w:color="D9EAE6"/>
              <w:left w:val="single" w:sz="6" w:color="D9EAE6"/>
              <w:bottom w:val="single" w:sz="6" w:color="D9EAE6"/>
              <w:right w:val="single" w:sz="6" w:color="D9EAE6"/>
            </w:tcBorders>
            <w:tcMar>
              <w:top w:w="80" w:type="dxa"/>
              <w:start w:w="100" w:type="dxa"/>
              <w:bottom w:w="80" w:type="dxa"/>
              <w:end w:w="100" w:type="dxa"/>
            </w:tcMar>
          </w:tcPr>
          <w:p>
            <w:pPr>
              <w:jc w:val="center"/>
            </w:pPr>
            <w:r>
              <w:rPr>
                <w:rFonts w:ascii="Arial" w:hAnsi="Arial" w:eastAsia="Arial"/>
                <w:b/>
                <w:i w:val="0"/>
                <w:color w:val="0B8F74"/>
                <w:sz w:val="22"/>
              </w:rPr>
              <w:t>☐</w:t>
            </w:r>
          </w:p>
        </w:tc>
        <w:tc>
          <w:tcPr>
            <w:tcW w:type="dxa" w:w="4706"/>
            <w:shd w:fill="FFFFFF"/>
            <w:tcBorders>
              <w:top w:val="single" w:sz="6" w:color="D9EAE6"/>
              <w:left w:val="single" w:sz="6" w:color="D9EAE6"/>
              <w:bottom w:val="single" w:sz="6" w:color="D9EAE6"/>
              <w:right w:val="single" w:sz="6" w:color="D9EAE6"/>
            </w:tcBorders>
            <w:tcMar>
              <w:top w:w="80" w:type="dxa"/>
              <w:start w:w="100" w:type="dxa"/>
              <w:bottom w:w="80" w:type="dxa"/>
              <w:end w:w="100" w:type="dxa"/>
            </w:tcMar>
          </w:tcPr>
          <w:p>
            <w:r>
              <w:rPr>
                <w:rFonts w:ascii="Times New Roman" w:hAnsi="Times New Roman" w:eastAsia="Times New Roman"/>
                <w:b w:val="0"/>
                <w:i w:val="0"/>
                <w:color w:val="17384A"/>
                <w:sz w:val="19"/>
              </w:rPr>
              <w:t>Manuscript follows the JPKPM template and section order.</w:t>
            </w:r>
          </w:p>
        </w:tc>
      </w:tr>
    </w:tbl>
    <w:p>
      <w:pPr>
        <w:spacing w:after="0"/>
      </w:pPr>
    </w:p>
    <w:tbl>
      <w:tblPr>
        <w:tblW w:type="auto" w:w="0"/>
        <w:jc w:val="center"/>
        <w:tblLook w:firstColumn="1" w:firstRow="1" w:lastColumn="0" w:lastRow="0" w:noHBand="0" w:noVBand="1" w:val="04A0"/>
      </w:tblPr>
      <w:tblGrid>
        <w:gridCol w:w="510"/>
        <w:gridCol w:w="8391"/>
      </w:tblGrid>
      <w:tr>
        <w:tc>
          <w:tcPr>
            <w:tcW w:type="dxa" w:w="4706"/>
            <w:shd w:fill="EAF8F4"/>
            <w:tcBorders>
              <w:top w:val="single" w:sz="6" w:color="D9EAE6"/>
              <w:left w:val="single" w:sz="6" w:color="D9EAE6"/>
              <w:bottom w:val="single" w:sz="6" w:color="D9EAE6"/>
              <w:right w:val="single" w:sz="6" w:color="D9EAE6"/>
            </w:tcBorders>
            <w:tcMar>
              <w:top w:w="80" w:type="dxa"/>
              <w:start w:w="100" w:type="dxa"/>
              <w:bottom w:w="80" w:type="dxa"/>
              <w:end w:w="100" w:type="dxa"/>
            </w:tcMar>
          </w:tcPr>
          <w:p>
            <w:pPr>
              <w:jc w:val="center"/>
            </w:pPr>
            <w:r>
              <w:rPr>
                <w:rFonts w:ascii="Arial" w:hAnsi="Arial" w:eastAsia="Arial"/>
                <w:b/>
                <w:i w:val="0"/>
                <w:color w:val="0B8F74"/>
                <w:sz w:val="22"/>
              </w:rPr>
              <w:t>☐</w:t>
            </w:r>
          </w:p>
        </w:tc>
        <w:tc>
          <w:tcPr>
            <w:tcW w:type="dxa" w:w="4706"/>
            <w:shd w:fill="FFFFFF"/>
            <w:tcBorders>
              <w:top w:val="single" w:sz="6" w:color="D9EAE6"/>
              <w:left w:val="single" w:sz="6" w:color="D9EAE6"/>
              <w:bottom w:val="single" w:sz="6" w:color="D9EAE6"/>
              <w:right w:val="single" w:sz="6" w:color="D9EAE6"/>
            </w:tcBorders>
            <w:tcMar>
              <w:top w:w="80" w:type="dxa"/>
              <w:start w:w="100" w:type="dxa"/>
              <w:bottom w:w="80" w:type="dxa"/>
              <w:end w:w="100" w:type="dxa"/>
            </w:tcMar>
          </w:tcPr>
          <w:p>
            <w:r>
              <w:rPr>
                <w:rFonts w:ascii="Times New Roman" w:hAnsi="Times New Roman" w:eastAsia="Times New Roman"/>
                <w:b w:val="0"/>
                <w:i w:val="0"/>
                <w:color w:val="17384A"/>
                <w:sz w:val="19"/>
              </w:rPr>
              <w:t>Title, authors, affiliations, and corresponding-author details are complete.</w:t>
            </w:r>
          </w:p>
        </w:tc>
      </w:tr>
    </w:tbl>
    <w:p>
      <w:pPr>
        <w:spacing w:after="0"/>
      </w:pPr>
    </w:p>
    <w:tbl>
      <w:tblPr>
        <w:tblW w:type="auto" w:w="0"/>
        <w:jc w:val="center"/>
        <w:tblLook w:firstColumn="1" w:firstRow="1" w:lastColumn="0" w:lastRow="0" w:noHBand="0" w:noVBand="1" w:val="04A0"/>
      </w:tblPr>
      <w:tblGrid>
        <w:gridCol w:w="510"/>
        <w:gridCol w:w="8391"/>
      </w:tblGrid>
      <w:tr>
        <w:tc>
          <w:tcPr>
            <w:tcW w:type="dxa" w:w="4706"/>
            <w:shd w:fill="EAF8F4"/>
            <w:tcBorders>
              <w:top w:val="single" w:sz="6" w:color="D9EAE6"/>
              <w:left w:val="single" w:sz="6" w:color="D9EAE6"/>
              <w:bottom w:val="single" w:sz="6" w:color="D9EAE6"/>
              <w:right w:val="single" w:sz="6" w:color="D9EAE6"/>
            </w:tcBorders>
            <w:tcMar>
              <w:top w:w="80" w:type="dxa"/>
              <w:start w:w="100" w:type="dxa"/>
              <w:bottom w:w="80" w:type="dxa"/>
              <w:end w:w="100" w:type="dxa"/>
            </w:tcMar>
          </w:tcPr>
          <w:p>
            <w:pPr>
              <w:jc w:val="center"/>
            </w:pPr>
            <w:r>
              <w:rPr>
                <w:rFonts w:ascii="Arial" w:hAnsi="Arial" w:eastAsia="Arial"/>
                <w:b/>
                <w:i w:val="0"/>
                <w:color w:val="0B8F74"/>
                <w:sz w:val="22"/>
              </w:rPr>
              <w:t>☐</w:t>
            </w:r>
          </w:p>
        </w:tc>
        <w:tc>
          <w:tcPr>
            <w:tcW w:type="dxa" w:w="4706"/>
            <w:shd w:fill="FFFFFF"/>
            <w:tcBorders>
              <w:top w:val="single" w:sz="6" w:color="D9EAE6"/>
              <w:left w:val="single" w:sz="6" w:color="D9EAE6"/>
              <w:bottom w:val="single" w:sz="6" w:color="D9EAE6"/>
              <w:right w:val="single" w:sz="6" w:color="D9EAE6"/>
            </w:tcBorders>
            <w:tcMar>
              <w:top w:w="80" w:type="dxa"/>
              <w:start w:w="100" w:type="dxa"/>
              <w:bottom w:w="80" w:type="dxa"/>
              <w:end w:w="100" w:type="dxa"/>
            </w:tcMar>
          </w:tcPr>
          <w:p>
            <w:r>
              <w:rPr>
                <w:rFonts w:ascii="Times New Roman" w:hAnsi="Times New Roman" w:eastAsia="Times New Roman"/>
                <w:b w:val="0"/>
                <w:i w:val="0"/>
                <w:color w:val="17384A"/>
                <w:sz w:val="19"/>
              </w:rPr>
              <w:t>English abstract and Indonesian abstract are each 150–250 words.</w:t>
            </w:r>
          </w:p>
        </w:tc>
      </w:tr>
    </w:tbl>
    <w:p>
      <w:pPr>
        <w:spacing w:after="0"/>
      </w:pPr>
    </w:p>
    <w:tbl>
      <w:tblPr>
        <w:tblW w:type="auto" w:w="0"/>
        <w:jc w:val="center"/>
        <w:tblLook w:firstColumn="1" w:firstRow="1" w:lastColumn="0" w:lastRow="0" w:noHBand="0" w:noVBand="1" w:val="04A0"/>
      </w:tblPr>
      <w:tblGrid>
        <w:gridCol w:w="510"/>
        <w:gridCol w:w="8391"/>
      </w:tblGrid>
      <w:tr>
        <w:tc>
          <w:tcPr>
            <w:tcW w:type="dxa" w:w="4706"/>
            <w:shd w:fill="EAF8F4"/>
            <w:tcBorders>
              <w:top w:val="single" w:sz="6" w:color="D9EAE6"/>
              <w:left w:val="single" w:sz="6" w:color="D9EAE6"/>
              <w:bottom w:val="single" w:sz="6" w:color="D9EAE6"/>
              <w:right w:val="single" w:sz="6" w:color="D9EAE6"/>
            </w:tcBorders>
            <w:tcMar>
              <w:top w:w="80" w:type="dxa"/>
              <w:start w:w="100" w:type="dxa"/>
              <w:bottom w:w="80" w:type="dxa"/>
              <w:end w:w="100" w:type="dxa"/>
            </w:tcMar>
          </w:tcPr>
          <w:p>
            <w:pPr>
              <w:jc w:val="center"/>
            </w:pPr>
            <w:r>
              <w:rPr>
                <w:rFonts w:ascii="Arial" w:hAnsi="Arial" w:eastAsia="Arial"/>
                <w:b/>
                <w:i w:val="0"/>
                <w:color w:val="0B8F74"/>
                <w:sz w:val="22"/>
              </w:rPr>
              <w:t>☐</w:t>
            </w:r>
          </w:p>
        </w:tc>
        <w:tc>
          <w:tcPr>
            <w:tcW w:type="dxa" w:w="4706"/>
            <w:shd w:fill="FFFFFF"/>
            <w:tcBorders>
              <w:top w:val="single" w:sz="6" w:color="D9EAE6"/>
              <w:left w:val="single" w:sz="6" w:color="D9EAE6"/>
              <w:bottom w:val="single" w:sz="6" w:color="D9EAE6"/>
              <w:right w:val="single" w:sz="6" w:color="D9EAE6"/>
            </w:tcBorders>
            <w:tcMar>
              <w:top w:w="80" w:type="dxa"/>
              <w:start w:w="100" w:type="dxa"/>
              <w:bottom w:w="80" w:type="dxa"/>
              <w:end w:w="100" w:type="dxa"/>
            </w:tcMar>
          </w:tcPr>
          <w:p>
            <w:r>
              <w:rPr>
                <w:rFonts w:ascii="Times New Roman" w:hAnsi="Times New Roman" w:eastAsia="Times New Roman"/>
                <w:b w:val="0"/>
                <w:i w:val="0"/>
                <w:color w:val="17384A"/>
                <w:sz w:val="19"/>
              </w:rPr>
              <w:t>Three to five keywords are provided for each abstract.</w:t>
            </w:r>
          </w:p>
        </w:tc>
      </w:tr>
    </w:tbl>
    <w:p>
      <w:pPr>
        <w:spacing w:after="0"/>
      </w:pPr>
    </w:p>
    <w:tbl>
      <w:tblPr>
        <w:tblW w:type="auto" w:w="0"/>
        <w:jc w:val="center"/>
        <w:tblLook w:firstColumn="1" w:firstRow="1" w:lastColumn="0" w:lastRow="0" w:noHBand="0" w:noVBand="1" w:val="04A0"/>
      </w:tblPr>
      <w:tblGrid>
        <w:gridCol w:w="510"/>
        <w:gridCol w:w="8391"/>
      </w:tblGrid>
      <w:tr>
        <w:tc>
          <w:tcPr>
            <w:tcW w:type="dxa" w:w="4706"/>
            <w:shd w:fill="EAF8F4"/>
            <w:tcBorders>
              <w:top w:val="single" w:sz="6" w:color="D9EAE6"/>
              <w:left w:val="single" w:sz="6" w:color="D9EAE6"/>
              <w:bottom w:val="single" w:sz="6" w:color="D9EAE6"/>
              <w:right w:val="single" w:sz="6" w:color="D9EAE6"/>
            </w:tcBorders>
            <w:tcMar>
              <w:top w:w="80" w:type="dxa"/>
              <w:start w:w="100" w:type="dxa"/>
              <w:bottom w:w="80" w:type="dxa"/>
              <w:end w:w="100" w:type="dxa"/>
            </w:tcMar>
          </w:tcPr>
          <w:p>
            <w:pPr>
              <w:jc w:val="center"/>
            </w:pPr>
            <w:r>
              <w:rPr>
                <w:rFonts w:ascii="Arial" w:hAnsi="Arial" w:eastAsia="Arial"/>
                <w:b/>
                <w:i w:val="0"/>
                <w:color w:val="0B8F74"/>
                <w:sz w:val="22"/>
              </w:rPr>
              <w:t>☐</w:t>
            </w:r>
          </w:p>
        </w:tc>
        <w:tc>
          <w:tcPr>
            <w:tcW w:type="dxa" w:w="4706"/>
            <w:shd w:fill="FFFFFF"/>
            <w:tcBorders>
              <w:top w:val="single" w:sz="6" w:color="D9EAE6"/>
              <w:left w:val="single" w:sz="6" w:color="D9EAE6"/>
              <w:bottom w:val="single" w:sz="6" w:color="D9EAE6"/>
              <w:right w:val="single" w:sz="6" w:color="D9EAE6"/>
            </w:tcBorders>
            <w:tcMar>
              <w:top w:w="80" w:type="dxa"/>
              <w:start w:w="100" w:type="dxa"/>
              <w:bottom w:w="80" w:type="dxa"/>
              <w:end w:w="100" w:type="dxa"/>
            </w:tcMar>
          </w:tcPr>
          <w:p>
            <w:r>
              <w:rPr>
                <w:rFonts w:ascii="Times New Roman" w:hAnsi="Times New Roman" w:eastAsia="Times New Roman"/>
                <w:b w:val="0"/>
                <w:i w:val="0"/>
                <w:color w:val="17384A"/>
                <w:sz w:val="19"/>
              </w:rPr>
              <w:t>Tables and figures are numbered, titled/captioned, and cited in the text.</w:t>
            </w:r>
          </w:p>
        </w:tc>
      </w:tr>
    </w:tbl>
    <w:p>
      <w:pPr>
        <w:spacing w:after="0"/>
      </w:pPr>
    </w:p>
    <w:tbl>
      <w:tblPr>
        <w:tblW w:type="auto" w:w="0"/>
        <w:jc w:val="center"/>
        <w:tblLook w:firstColumn="1" w:firstRow="1" w:lastColumn="0" w:lastRow="0" w:noHBand="0" w:noVBand="1" w:val="04A0"/>
      </w:tblPr>
      <w:tblGrid>
        <w:gridCol w:w="510"/>
        <w:gridCol w:w="8391"/>
      </w:tblGrid>
      <w:tr>
        <w:tc>
          <w:tcPr>
            <w:tcW w:type="dxa" w:w="4706"/>
            <w:shd w:fill="EAF8F4"/>
            <w:tcBorders>
              <w:top w:val="single" w:sz="6" w:color="D9EAE6"/>
              <w:left w:val="single" w:sz="6" w:color="D9EAE6"/>
              <w:bottom w:val="single" w:sz="6" w:color="D9EAE6"/>
              <w:right w:val="single" w:sz="6" w:color="D9EAE6"/>
            </w:tcBorders>
            <w:tcMar>
              <w:top w:w="80" w:type="dxa"/>
              <w:start w:w="100" w:type="dxa"/>
              <w:bottom w:w="80" w:type="dxa"/>
              <w:end w:w="100" w:type="dxa"/>
            </w:tcMar>
          </w:tcPr>
          <w:p>
            <w:pPr>
              <w:jc w:val="center"/>
            </w:pPr>
            <w:r>
              <w:rPr>
                <w:rFonts w:ascii="Arial" w:hAnsi="Arial" w:eastAsia="Arial"/>
                <w:b/>
                <w:i w:val="0"/>
                <w:color w:val="0B8F74"/>
                <w:sz w:val="22"/>
              </w:rPr>
              <w:t>☐</w:t>
            </w:r>
          </w:p>
        </w:tc>
        <w:tc>
          <w:tcPr>
            <w:tcW w:type="dxa" w:w="4706"/>
            <w:shd w:fill="FFFFFF"/>
            <w:tcBorders>
              <w:top w:val="single" w:sz="6" w:color="D9EAE6"/>
              <w:left w:val="single" w:sz="6" w:color="D9EAE6"/>
              <w:bottom w:val="single" w:sz="6" w:color="D9EAE6"/>
              <w:right w:val="single" w:sz="6" w:color="D9EAE6"/>
            </w:tcBorders>
            <w:tcMar>
              <w:top w:w="80" w:type="dxa"/>
              <w:start w:w="100" w:type="dxa"/>
              <w:bottom w:w="80" w:type="dxa"/>
              <w:end w:w="100" w:type="dxa"/>
            </w:tcMar>
          </w:tcPr>
          <w:p>
            <w:r>
              <w:rPr>
                <w:rFonts w:ascii="Times New Roman" w:hAnsi="Times New Roman" w:eastAsia="Times New Roman"/>
                <w:b w:val="0"/>
                <w:i w:val="0"/>
                <w:color w:val="17384A"/>
                <w:sz w:val="19"/>
              </w:rPr>
              <w:t>All references follow APA Style 7th Edition and match in-text citations.</w:t>
            </w:r>
          </w:p>
        </w:tc>
      </w:tr>
    </w:tbl>
    <w:p>
      <w:pPr>
        <w:spacing w:after="0"/>
      </w:pPr>
    </w:p>
    <w:tbl>
      <w:tblPr>
        <w:tblW w:type="auto" w:w="0"/>
        <w:jc w:val="center"/>
        <w:tblLook w:firstColumn="1" w:firstRow="1" w:lastColumn="0" w:lastRow="0" w:noHBand="0" w:noVBand="1" w:val="04A0"/>
      </w:tblPr>
      <w:tblGrid>
        <w:gridCol w:w="510"/>
        <w:gridCol w:w="8391"/>
      </w:tblGrid>
      <w:tr>
        <w:tc>
          <w:tcPr>
            <w:tcW w:type="dxa" w:w="4706"/>
            <w:shd w:fill="EAF8F4"/>
            <w:tcBorders>
              <w:top w:val="single" w:sz="6" w:color="D9EAE6"/>
              <w:left w:val="single" w:sz="6" w:color="D9EAE6"/>
              <w:bottom w:val="single" w:sz="6" w:color="D9EAE6"/>
              <w:right w:val="single" w:sz="6" w:color="D9EAE6"/>
            </w:tcBorders>
            <w:tcMar>
              <w:top w:w="80" w:type="dxa"/>
              <w:start w:w="100" w:type="dxa"/>
              <w:bottom w:w="80" w:type="dxa"/>
              <w:end w:w="100" w:type="dxa"/>
            </w:tcMar>
          </w:tcPr>
          <w:p>
            <w:pPr>
              <w:jc w:val="center"/>
            </w:pPr>
            <w:r>
              <w:rPr>
                <w:rFonts w:ascii="Arial" w:hAnsi="Arial" w:eastAsia="Arial"/>
                <w:b/>
                <w:i w:val="0"/>
                <w:color w:val="0B8F74"/>
                <w:sz w:val="22"/>
              </w:rPr>
              <w:t>☐</w:t>
            </w:r>
          </w:p>
        </w:tc>
        <w:tc>
          <w:tcPr>
            <w:tcW w:type="dxa" w:w="4706"/>
            <w:shd w:fill="FFFFFF"/>
            <w:tcBorders>
              <w:top w:val="single" w:sz="6" w:color="D9EAE6"/>
              <w:left w:val="single" w:sz="6" w:color="D9EAE6"/>
              <w:bottom w:val="single" w:sz="6" w:color="D9EAE6"/>
              <w:right w:val="single" w:sz="6" w:color="D9EAE6"/>
            </w:tcBorders>
            <w:tcMar>
              <w:top w:w="80" w:type="dxa"/>
              <w:start w:w="100" w:type="dxa"/>
              <w:bottom w:w="80" w:type="dxa"/>
              <w:end w:w="100" w:type="dxa"/>
            </w:tcMar>
          </w:tcPr>
          <w:p>
            <w:r>
              <w:rPr>
                <w:rFonts w:ascii="Times New Roman" w:hAnsi="Times New Roman" w:eastAsia="Times New Roman"/>
                <w:b w:val="0"/>
                <w:i w:val="0"/>
                <w:color w:val="17384A"/>
                <w:sz w:val="19"/>
              </w:rPr>
              <w:t>The manuscript has been checked for language, formatting, and similarity.</w:t>
            </w:r>
          </w:p>
        </w:tc>
      </w:tr>
    </w:tbl>
    <w:p>
      <w:pPr>
        <w:spacing w:after="0"/>
      </w:pPr>
    </w:p>
    <w:tbl>
      <w:tblPr>
        <w:tblW w:type="auto" w:w="0"/>
        <w:jc w:val="center"/>
        <w:tblLook w:firstColumn="1" w:firstRow="1" w:lastColumn="0" w:lastRow="0" w:noHBand="0" w:noVBand="1" w:val="04A0"/>
      </w:tblPr>
      <w:tblGrid>
        <w:gridCol w:w="510"/>
        <w:gridCol w:w="8391"/>
      </w:tblGrid>
      <w:tr>
        <w:tc>
          <w:tcPr>
            <w:tcW w:type="dxa" w:w="4706"/>
            <w:shd w:fill="EAF8F4"/>
            <w:tcBorders>
              <w:top w:val="single" w:sz="6" w:color="D9EAE6"/>
              <w:left w:val="single" w:sz="6" w:color="D9EAE6"/>
              <w:bottom w:val="single" w:sz="6" w:color="D9EAE6"/>
              <w:right w:val="single" w:sz="6" w:color="D9EAE6"/>
            </w:tcBorders>
            <w:tcMar>
              <w:top w:w="80" w:type="dxa"/>
              <w:start w:w="100" w:type="dxa"/>
              <w:bottom w:w="80" w:type="dxa"/>
              <w:end w:w="100" w:type="dxa"/>
            </w:tcMar>
          </w:tcPr>
          <w:p>
            <w:pPr>
              <w:jc w:val="center"/>
            </w:pPr>
            <w:r>
              <w:rPr>
                <w:rFonts w:ascii="Arial" w:hAnsi="Arial" w:eastAsia="Arial"/>
                <w:b/>
                <w:i w:val="0"/>
                <w:color w:val="0B8F74"/>
                <w:sz w:val="22"/>
              </w:rPr>
              <w:t>☐</w:t>
            </w:r>
          </w:p>
        </w:tc>
        <w:tc>
          <w:tcPr>
            <w:tcW w:type="dxa" w:w="4706"/>
            <w:shd w:fill="FFFFFF"/>
            <w:tcBorders>
              <w:top w:val="single" w:sz="6" w:color="D9EAE6"/>
              <w:left w:val="single" w:sz="6" w:color="D9EAE6"/>
              <w:bottom w:val="single" w:sz="6" w:color="D9EAE6"/>
              <w:right w:val="single" w:sz="6" w:color="D9EAE6"/>
            </w:tcBorders>
            <w:tcMar>
              <w:top w:w="80" w:type="dxa"/>
              <w:start w:w="100" w:type="dxa"/>
              <w:bottom w:w="80" w:type="dxa"/>
              <w:end w:w="100" w:type="dxa"/>
            </w:tcMar>
          </w:tcPr>
          <w:p>
            <w:r>
              <w:rPr>
                <w:rFonts w:ascii="Times New Roman" w:hAnsi="Times New Roman" w:eastAsia="Times New Roman"/>
                <w:b w:val="0"/>
                <w:i w:val="0"/>
                <w:color w:val="17384A"/>
                <w:sz w:val="19"/>
              </w:rPr>
              <w:t>All instructional placeholder text and this checklist page have been removed before final submission if required by the editor.</w:t>
            </w:r>
          </w:p>
        </w:tc>
      </w:tr>
    </w:tbl>
    <w:p>
      <w:pPr>
        <w:spacing w:after="0"/>
      </w:pPr>
    </w:p>
    <w:tbl>
      <w:tblPr>
        <w:tblW w:type="auto" w:w="0"/>
        <w:jc w:val="center"/>
        <w:tblLayout w:type="autofit"/>
        <w:tblLook w:firstColumn="1" w:firstRow="1" w:lastColumn="0" w:lastRow="0" w:noHBand="0" w:noVBand="1" w:val="04A0"/>
      </w:tblPr>
      <w:tblGrid>
        <w:gridCol w:w="9412"/>
      </w:tblGrid>
      <w:tr>
        <w:tc>
          <w:tcPr>
            <w:tcW w:type="dxa" w:w="9412"/>
            <w:shd w:fill="F5FBF9"/>
            <w:tcBorders>
              <w:top w:val="single" w:sz="8" w:color="D9EAE6"/>
              <w:left w:val="single" w:sz="8" w:color="D9EAE6"/>
              <w:bottom w:val="single" w:sz="8" w:color="D9EAE6"/>
              <w:right w:val="single" w:sz="8" w:color="D9EAE6"/>
            </w:tcBorders>
            <w:tcMar>
              <w:top w:w="130" w:type="dxa"/>
              <w:start w:w="160" w:type="dxa"/>
              <w:bottom w:w="130" w:type="dxa"/>
              <w:end w:w="160" w:type="dxa"/>
            </w:tcMar>
          </w:tcPr>
          <w:p>
            <w:pPr>
              <w:spacing w:after="40"/>
            </w:pPr>
            <w:r>
              <w:rPr>
                <w:rFonts w:ascii="Arial" w:hAnsi="Arial" w:eastAsia="Arial"/>
                <w:b/>
                <w:i w:val="0"/>
                <w:color w:val="0B8F74"/>
                <w:sz w:val="19"/>
              </w:rPr>
              <w:t>JPKPM EDITORIAL NOTE</w:t>
            </w:r>
          </w:p>
          <w:p>
            <w:pPr>
              <w:spacing w:after="0"/>
            </w:pPr>
            <w:r>
              <w:rPr>
                <w:rFonts w:ascii="Times New Roman" w:hAnsi="Times New Roman" w:eastAsia="Times New Roman"/>
                <w:b w:val="0"/>
                <w:i w:val="0"/>
                <w:color w:val="17384A"/>
                <w:sz w:val="19"/>
              </w:rPr>
              <w:t>Before submission, please review the Author Guidelines, Peer Review Process, and Publication Ethics on the JPKPM website. The editorial office may return manuscripts that do not follow the template.</w:t>
            </w:r>
          </w:p>
        </w:tc>
      </w:tr>
    </w:tbl>
    <w:sectPr w:rsidR="00FC693F" w:rsidRPr="0006063C" w:rsidSect="00034616">
      <w:headerReference w:type="default" r:id="rId9"/>
      <w:footerReference w:type="default" r:id="rId10"/>
      <w:pgSz w:w="11906" w:h="16838"/>
      <w:pgMar w:top="964" w:right="1247" w:bottom="907" w:left="1247"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jc w:val="center"/>
      <w:tblLook w:firstColumn="1" w:firstRow="1" w:lastColumn="0" w:lastRow="0" w:noHBand="0" w:noVBand="1" w:val="04A0"/>
    </w:tblPr>
    <w:tblGrid>
      <w:gridCol w:w="7483"/>
      <w:gridCol w:w="1928"/>
    </w:tblGrid>
    <w:tr>
      <w:tc>
        <w:tcPr>
          <w:tcW w:type="dxa" w:w="4706"/>
          <w:tcBorders>
            <w:top w:val="single" w:sz="6" w:color="D9EAE6"/>
          </w:tcBorders>
          <w:tcMar>
            <w:top w:w="45" w:type="dxa"/>
            <w:start w:w="0" w:type="dxa"/>
            <w:bottom w:w="0" w:type="dxa"/>
            <w:end w:w="0" w:type="dxa"/>
          </w:tcMar>
        </w:tcPr>
        <w:p>
          <w:pPr>
            <w:jc w:val="left"/>
          </w:pPr>
          <w:r>
            <w:rPr>
              <w:rFonts w:ascii="Arial" w:hAnsi="Arial" w:eastAsia="Arial"/>
              <w:b w:val="0"/>
              <w:i w:val="0"/>
              <w:color w:val="647784"/>
              <w:sz w:val="15"/>
            </w:rPr>
            <w:t>JPKPM | Jurnal Pengabdian Kesehatan dan Pemberdayaan Masyarakat</w:t>
          </w:r>
        </w:p>
      </w:tc>
      <w:tc>
        <w:tcPr>
          <w:tcW w:type="dxa" w:w="4706"/>
          <w:tcBorders>
            <w:top w:val="single" w:sz="6" w:color="D9EAE6"/>
          </w:tcBorders>
          <w:tcMar>
            <w:top w:w="45" w:type="dxa"/>
            <w:start w:w="0" w:type="dxa"/>
            <w:bottom w:w="0" w:type="dxa"/>
            <w:end w:w="0" w:type="dxa"/>
          </w:tcMar>
        </w:tcPr>
        <w:p>
          <w:pPr>
            <w:jc w:val="right"/>
          </w:pPr>
          <w:r>
            <w:rPr>
              <w:rFonts w:ascii="Arial" w:hAnsi="Arial" w:eastAsia="Arial"/>
              <w:b w:val="0"/>
              <w:i w:val="0"/>
              <w:color w:val="647784"/>
              <w:sz w:val="15"/>
            </w:rPr>
            <w:t xml:space="preserve">Page </w:t>
            <w:fldChar w:fldCharType="begin"/>
            <w:instrText xml:space="preserve">PAGE</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6123"/>
      <w:gridCol w:w="3288"/>
    </w:tblGrid>
    <w:tr>
      <w:tc>
        <w:tcPr>
          <w:tcW w:type="dxa" w:w="4706"/>
          <w:tcBorders>
            <w:bottom w:val="single" w:sz="8" w:color="0B8F74"/>
          </w:tcBorders>
          <w:tcMar>
            <w:top w:w="0" w:type="dxa"/>
            <w:start w:w="0" w:type="dxa"/>
            <w:bottom w:w="60" w:type="dxa"/>
            <w:end w:w="0" w:type="dxa"/>
          </w:tcMar>
        </w:tcPr>
        <w:p>
          <w:pPr>
            <w:jc w:val="left"/>
          </w:pPr>
          <w:r>
            <w:drawing>
              <wp:inline xmlns:a="http://schemas.openxmlformats.org/drawingml/2006/main" xmlns:pic="http://schemas.openxmlformats.org/drawingml/2006/picture">
                <wp:extent cx="2015999" cy="672000"/>
                <wp:docPr id="1" name="Picture 1"/>
                <wp:cNvGraphicFramePr>
                  <a:graphicFrameLocks noChangeAspect="1"/>
                </wp:cNvGraphicFramePr>
                <a:graphic>
                  <a:graphicData uri="http://schemas.openxmlformats.org/drawingml/2006/picture">
                    <pic:pic>
                      <pic:nvPicPr>
                        <pic:cNvPr id="0" name="logo_jpkpm_kesehatan_dan_pemberdayaan.png"/>
                        <pic:cNvPicPr/>
                      </pic:nvPicPr>
                      <pic:blipFill>
                        <a:blip r:embed="rId1"/>
                        <a:stretch>
                          <a:fillRect/>
                        </a:stretch>
                      </pic:blipFill>
                      <pic:spPr>
                        <a:xfrm>
                          <a:off x="0" y="0"/>
                          <a:ext cx="2015999" cy="672000"/>
                        </a:xfrm>
                        <a:prstGeom prst="rect"/>
                      </pic:spPr>
                    </pic:pic>
                  </a:graphicData>
                </a:graphic>
              </wp:inline>
            </w:drawing>
          </w:r>
        </w:p>
      </w:tc>
      <w:tc>
        <w:tcPr>
          <w:tcW w:type="dxa" w:w="4706"/>
          <w:tcBorders>
            <w:bottom w:val="single" w:sz="8" w:color="0B8F74"/>
          </w:tcBorders>
          <w:tcMar>
            <w:top w:w="0" w:type="dxa"/>
            <w:start w:w="0" w:type="dxa"/>
            <w:bottom w:w="60" w:type="dxa"/>
            <w:end w:w="0" w:type="dxa"/>
          </w:tcMar>
        </w:tcPr>
        <w:p>
          <w:pPr>
            <w:jc w:val="right"/>
          </w:pPr>
          <w:r>
            <w:rPr>
              <w:rFonts w:ascii="Arial" w:hAnsi="Arial" w:eastAsia="Arial"/>
              <w:b/>
              <w:i w:val="0"/>
              <w:color w:val="0B8F74"/>
              <w:sz w:val="17"/>
            </w:rPr>
            <w:t>MANUSCRIPT TEMPLATE</w:t>
          </w:r>
        </w:p>
        <w:p>
          <w:pPr>
            <w:jc w:val="right"/>
          </w:pPr>
          <w:r>
            <w:rPr>
              <w:rFonts w:ascii="Arial" w:hAnsi="Arial" w:eastAsia="Arial"/>
              <w:b w:val="0"/>
              <w:i w:val="0"/>
              <w:color w:val="647784"/>
              <w:sz w:val="15"/>
            </w:rPr>
            <w:t>jurnal.nusantarapress.id/index.php/jpkpm</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eastAsia="Times New Roman"/>
      <w:color w:val="17384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JPKPMArticleTitle">
    <w:name w:val="JPKPM Article Title"/>
    <w:basedOn w:val="Normal"/>
    <w:rPr>
      <w:rFonts w:ascii="Arial" w:hAnsi="Arial" w:eastAsia="Arial"/>
      <w:b/>
      <w:color w:val="052A43"/>
      <w:sz w:val="32"/>
    </w:rPr>
  </w:style>
  <w:style w:type="paragraph" w:customStyle="1" w:styleId="JPKPMAuthors">
    <w:name w:val="JPKPM Authors"/>
    <w:basedOn w:val="Normal"/>
    <w:rPr>
      <w:rFonts w:ascii="Arial" w:hAnsi="Arial" w:eastAsia="Arial"/>
      <w:b/>
      <w:color w:val="073B5C"/>
      <w:sz w:val="21"/>
    </w:rPr>
  </w:style>
  <w:style w:type="paragraph" w:customStyle="1" w:styleId="JPKPMAffiliation">
    <w:name w:val="JPKPM Affiliation"/>
    <w:basedOn w:val="Normal"/>
    <w:rPr>
      <w:rFonts w:ascii="Arial" w:hAnsi="Arial" w:eastAsia="Arial"/>
      <w:b w:val="0"/>
      <w:color w:val="647784"/>
      <w:sz w:val="18"/>
    </w:rPr>
  </w:style>
  <w:style w:type="paragraph" w:customStyle="1" w:styleId="JPKPMCaption">
    <w:name w:val="JPKPM Caption"/>
    <w:basedOn w:val="Normal"/>
    <w:rPr>
      <w:rFonts w:ascii="Arial" w:hAnsi="Arial" w:eastAsia="Arial"/>
      <w:b w:val="0"/>
      <w:color w:val="17384A"/>
      <w:sz w:val="18"/>
    </w:rPr>
  </w:style>
  <w:style w:type="paragraph" w:customStyle="1" w:styleId="JPKPMReference">
    <w:name w:val="JPKPM Reference"/>
    <w:basedOn w:val="Normal"/>
    <w:rPr>
      <w:rFonts w:ascii="Times New Roman" w:hAnsi="Times New Roman" w:eastAsia="Times New Roman"/>
      <w:b w:val="0"/>
      <w:color w:val="17384A"/>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JPKPM Manuscript Template</dc:title>
  <dc:subject>Jurnal Pengabdian Kesehatan dan Pemberdayaan Masyarakat manuscript template</dc:subject>
  <dc:creator>JPKPM Editorial Office</dc:creator>
  <cp:keywords>JPKPM, manuscript template, community service journal, health empowerment</cp:keywords>
  <dc:description>Official manuscript template for JPKPM</dc:description>
  <cp:lastModifiedBy/>
  <cp:revision>1</cp:revision>
  <dcterms:created xsi:type="dcterms:W3CDTF">2013-12-23T23:15:00Z</dcterms:created>
  <dcterms:modified xsi:type="dcterms:W3CDTF">2013-12-23T23:15:00Z</dcterms:modified>
  <cp:category/>
</cp:coreProperties>
</file>